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520"/>
        <w:tblW w:w="0" w:type="auto"/>
        <w:tblLayout w:type="fixed"/>
        <w:tblLook w:val="04A0" w:firstRow="1" w:lastRow="0" w:firstColumn="1" w:lastColumn="0" w:noHBand="0" w:noVBand="1"/>
      </w:tblPr>
      <w:tblGrid>
        <w:gridCol w:w="12441"/>
      </w:tblGrid>
      <w:tr w:rsidR="004A71F2" w:rsidRPr="00AF6ED1" w14:paraId="2FA1E9A0" w14:textId="77777777" w:rsidTr="00496FC3">
        <w:trPr>
          <w:trHeight w:val="2438"/>
        </w:trPr>
        <w:tc>
          <w:tcPr>
            <w:tcW w:w="1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E56FA" w14:textId="207A3A5C" w:rsidR="004A71F2" w:rsidRPr="00AF6ED1" w:rsidRDefault="00AF6ED1" w:rsidP="00496FC3">
            <w:pPr>
              <w:jc w:val="center"/>
              <w:rPr>
                <w:lang w:val="da-DK"/>
              </w:rPr>
            </w:pPr>
            <w:r w:rsidRPr="00AF6ED1">
              <w:rPr>
                <w:sz w:val="48"/>
                <w:lang w:val="da-DK"/>
              </w:rPr>
              <w:t>Bente Bent</w:t>
            </w:r>
            <w:r w:rsidR="004D4418" w:rsidRPr="00AF6ED1">
              <w:rPr>
                <w:sz w:val="48"/>
                <w:lang w:val="da-DK"/>
              </w:rPr>
              <w:t xml:space="preserve"> &amp; </w:t>
            </w:r>
            <w:r w:rsidRPr="00AF6ED1">
              <w:rPr>
                <w:sz w:val="48"/>
                <w:lang w:val="da-DK"/>
              </w:rPr>
              <w:t xml:space="preserve">Anders </w:t>
            </w:r>
            <w:r>
              <w:rPr>
                <w:sz w:val="48"/>
                <w:lang w:val="da-DK"/>
              </w:rPr>
              <w:t>Andersen</w:t>
            </w:r>
          </w:p>
          <w:p w14:paraId="7E4B73AF" w14:textId="77777777" w:rsidR="004A71F2" w:rsidRPr="00AF6ED1" w:rsidRDefault="004D4418" w:rsidP="00496FC3">
            <w:pPr>
              <w:jc w:val="center"/>
              <w:rPr>
                <w:lang w:val="da-DK"/>
              </w:rPr>
            </w:pPr>
            <w:r w:rsidRPr="00AF6ED1">
              <w:rPr>
                <w:sz w:val="32"/>
                <w:lang w:val="da-DK"/>
              </w:rPr>
              <w:t>17, 4.-tv.</w:t>
            </w:r>
          </w:p>
        </w:tc>
      </w:tr>
      <w:tr w:rsidR="004A71F2" w14:paraId="2E67BCC4" w14:textId="77777777" w:rsidTr="00496FC3">
        <w:trPr>
          <w:trHeight w:val="2438"/>
        </w:trPr>
        <w:tc>
          <w:tcPr>
            <w:tcW w:w="1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CBB6F" w14:textId="77777777" w:rsidR="00AF6ED1" w:rsidRPr="00AF6ED1" w:rsidRDefault="00AF6ED1" w:rsidP="00AF6ED1">
            <w:pPr>
              <w:jc w:val="center"/>
              <w:rPr>
                <w:lang w:val="da-DK"/>
              </w:rPr>
            </w:pPr>
            <w:r w:rsidRPr="00AF6ED1">
              <w:rPr>
                <w:sz w:val="48"/>
                <w:lang w:val="da-DK"/>
              </w:rPr>
              <w:t xml:space="preserve">Bente Bent &amp; Anders </w:t>
            </w:r>
            <w:r>
              <w:rPr>
                <w:sz w:val="48"/>
                <w:lang w:val="da-DK"/>
              </w:rPr>
              <w:t>Andersen</w:t>
            </w:r>
          </w:p>
          <w:p w14:paraId="331B03A6" w14:textId="2C451607" w:rsidR="004A71F2" w:rsidRDefault="00AF6ED1" w:rsidP="00AF6ED1">
            <w:pPr>
              <w:jc w:val="center"/>
            </w:pPr>
            <w:r>
              <w:rPr>
                <w:sz w:val="32"/>
              </w:rPr>
              <w:t>17, 3.-4</w:t>
            </w:r>
          </w:p>
        </w:tc>
      </w:tr>
    </w:tbl>
    <w:p w14:paraId="0B0906D0" w14:textId="77777777" w:rsidR="00097ED7" w:rsidRPr="00AF6ED1" w:rsidRDefault="00097ED7">
      <w:pPr>
        <w:rPr>
          <w:lang w:val="da-DK"/>
        </w:rPr>
      </w:pPr>
    </w:p>
    <w:sectPr w:rsidR="00097ED7" w:rsidRPr="00AF6ED1" w:rsidSect="0003461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7924341">
    <w:abstractNumId w:val="8"/>
  </w:num>
  <w:num w:numId="2" w16cid:durableId="293685114">
    <w:abstractNumId w:val="6"/>
  </w:num>
  <w:num w:numId="3" w16cid:durableId="2038846995">
    <w:abstractNumId w:val="5"/>
  </w:num>
  <w:num w:numId="4" w16cid:durableId="1971277020">
    <w:abstractNumId w:val="4"/>
  </w:num>
  <w:num w:numId="5" w16cid:durableId="493881259">
    <w:abstractNumId w:val="7"/>
  </w:num>
  <w:num w:numId="6" w16cid:durableId="1653365711">
    <w:abstractNumId w:val="3"/>
  </w:num>
  <w:num w:numId="7" w16cid:durableId="2055427787">
    <w:abstractNumId w:val="2"/>
  </w:num>
  <w:num w:numId="8" w16cid:durableId="1603103677">
    <w:abstractNumId w:val="1"/>
  </w:num>
  <w:num w:numId="9" w16cid:durableId="140614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ED7"/>
    <w:rsid w:val="0015074B"/>
    <w:rsid w:val="0029639D"/>
    <w:rsid w:val="00326F90"/>
    <w:rsid w:val="00496FC3"/>
    <w:rsid w:val="004A71F2"/>
    <w:rsid w:val="004D4418"/>
    <w:rsid w:val="00554737"/>
    <w:rsid w:val="00576820"/>
    <w:rsid w:val="00A51A26"/>
    <w:rsid w:val="00AA1D8D"/>
    <w:rsid w:val="00AF6ED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51860"/>
  <w14:defaultImageDpi w14:val="300"/>
  <w15:docId w15:val="{6682D0C1-AC15-6D4B-A97E-052FBD6E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Alexander Vinderslev</cp:lastModifiedBy>
  <cp:revision>2</cp:revision>
  <cp:lastPrinted>2025-05-23T15:45:00Z</cp:lastPrinted>
  <dcterms:created xsi:type="dcterms:W3CDTF">2025-08-19T09:11:00Z</dcterms:created>
  <dcterms:modified xsi:type="dcterms:W3CDTF">2025-08-19T09:11:00Z</dcterms:modified>
  <cp:category/>
</cp:coreProperties>
</file>